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F5115B" w14:textId="77777777" w:rsidR="0098312B" w:rsidRDefault="00000000">
      <w:pPr>
        <w:pStyle w:val="aa"/>
      </w:pPr>
      <w:r>
        <w:t>Security Vulnerability Report</w:t>
      </w:r>
    </w:p>
    <w:p w14:paraId="4AA7D056" w14:textId="77777777" w:rsidR="0098312B" w:rsidRDefault="00000000">
      <w:pPr>
        <w:pStyle w:val="TemplateInstruction"/>
      </w:pPr>
      <w:r>
        <w:t>Use the applicable section for each finding. Replace bracketed text with verified details and attach the relevant evidence.</w:t>
      </w:r>
    </w:p>
    <w:p w14:paraId="22F04BE2" w14:textId="77777777" w:rsidR="0098312B" w:rsidRDefault="00000000">
      <w:pPr>
        <w:pStyle w:val="1"/>
      </w:pPr>
      <w:r>
        <w:t>Web Application Vulnerability</w:t>
      </w:r>
    </w:p>
    <w:p w14:paraId="779BF25E" w14:textId="77777777" w:rsidR="0098312B" w:rsidRDefault="00000000">
      <w:pPr>
        <w:keepLines/>
      </w:pPr>
      <w:r>
        <w:rPr>
          <w:b/>
        </w:rPr>
        <w:t xml:space="preserve">Finding: </w:t>
      </w:r>
      <w:r>
        <w:t>[SQL Injection in affected feature or endpoint]</w:t>
      </w:r>
    </w:p>
    <w:p w14:paraId="34ADF51D" w14:textId="77777777" w:rsidR="0098312B" w:rsidRDefault="00000000">
      <w:pPr>
        <w:keepLines/>
      </w:pPr>
      <w:r>
        <w:rPr>
          <w:b/>
        </w:rPr>
        <w:t xml:space="preserve">Severity: </w:t>
      </w:r>
      <w:r>
        <w:t>[Select one: Critical / High / Medium / Low]</w:t>
      </w:r>
    </w:p>
    <w:p w14:paraId="10A121D8" w14:textId="77777777" w:rsidR="0098312B" w:rsidRDefault="00000000">
      <w:pPr>
        <w:pStyle w:val="21"/>
      </w:pPr>
      <w:r>
        <w:t>Basic Information</w:t>
      </w:r>
    </w:p>
    <w:p w14:paraId="109C19D0" w14:textId="77777777" w:rsidR="0098312B" w:rsidRDefault="00000000">
      <w:pPr>
        <w:keepLines/>
      </w:pPr>
      <w:r>
        <w:rPr>
          <w:b/>
        </w:rPr>
        <w:t xml:space="preserve">Domain: </w:t>
      </w:r>
      <w:r>
        <w:t>[Affected domain]</w:t>
      </w:r>
    </w:p>
    <w:p w14:paraId="4F96F8D5" w14:textId="77777777" w:rsidR="0098312B" w:rsidRDefault="00000000">
      <w:pPr>
        <w:keepLines/>
      </w:pPr>
      <w:r>
        <w:rPr>
          <w:b/>
        </w:rPr>
        <w:t xml:space="preserve">Backend API endpoint: </w:t>
      </w:r>
      <w:r>
        <w:t>[HTTP method and path]</w:t>
      </w:r>
    </w:p>
    <w:p w14:paraId="6DD4ED06" w14:textId="77777777" w:rsidR="0098312B" w:rsidRDefault="00000000">
      <w:pPr>
        <w:keepLines/>
      </w:pPr>
      <w:r>
        <w:rPr>
          <w:b/>
        </w:rPr>
        <w:t xml:space="preserve">Affected scope and impact: </w:t>
      </w:r>
      <w:r>
        <w:t>[Affected assets, users and demonstrated impact]</w:t>
      </w:r>
    </w:p>
    <w:p w14:paraId="1C9603BB" w14:textId="77777777" w:rsidR="0098312B" w:rsidRDefault="00000000">
      <w:pPr>
        <w:keepLines/>
      </w:pPr>
      <w:r>
        <w:rPr>
          <w:b/>
        </w:rPr>
        <w:t xml:space="preserve">Sensitive data affected: </w:t>
      </w:r>
      <w:r>
        <w:t>[Data type and estimated volume with units; Unknown or N/A if appropriate]</w:t>
      </w:r>
    </w:p>
    <w:p w14:paraId="4219DCD9" w14:textId="77777777" w:rsidR="0098312B" w:rsidRDefault="00000000">
      <w:pPr>
        <w:pStyle w:val="21"/>
      </w:pPr>
      <w:r>
        <w:t>Vulnerability Details</w:t>
      </w:r>
    </w:p>
    <w:p w14:paraId="753A4858" w14:textId="77777777" w:rsidR="0098312B" w:rsidRDefault="00000000">
      <w:pPr>
        <w:keepLines/>
      </w:pPr>
      <w:r>
        <w:rPr>
          <w:b/>
        </w:rPr>
        <w:t xml:space="preserve">Affected URL: </w:t>
      </w:r>
      <w:r>
        <w:t>[Full URL, including the affected path and relevant parameters]</w:t>
      </w:r>
    </w:p>
    <w:p w14:paraId="57F65E2A" w14:textId="77777777" w:rsidR="0098312B" w:rsidRDefault="00000000">
      <w:pPr>
        <w:keepLines/>
        <w:numPr>
          <w:ilvl w:val="0"/>
          <w:numId w:val="10"/>
        </w:numPr>
      </w:pPr>
      <w:r>
        <w:t>Describe how to navigate to the affected feature.</w:t>
      </w:r>
    </w:p>
    <w:p w14:paraId="21875763" w14:textId="77777777" w:rsidR="0098312B" w:rsidRDefault="00000000">
      <w:pPr>
        <w:keepLines/>
        <w:numPr>
          <w:ilvl w:val="0"/>
          <w:numId w:val="10"/>
        </w:numPr>
      </w:pPr>
      <w:r>
        <w:t>Include a screenshot with the relevant control or feature highlighted.</w:t>
      </w:r>
    </w:p>
    <w:p w14:paraId="60303A8B" w14:textId="77777777" w:rsidR="0098312B" w:rsidRDefault="00000000">
      <w:pPr>
        <w:keepLines/>
        <w:numPr>
          <w:ilvl w:val="0"/>
          <w:numId w:val="10"/>
        </w:numPr>
      </w:pPr>
      <w:r>
        <w:t>Explain how the vulnerability was discovered.</w:t>
      </w:r>
    </w:p>
    <w:p w14:paraId="3542CE93" w14:textId="77777777" w:rsidR="0098312B" w:rsidRDefault="00000000">
      <w:pPr>
        <w:keepLines/>
        <w:numPr>
          <w:ilvl w:val="0"/>
          <w:numId w:val="10"/>
        </w:numPr>
      </w:pPr>
      <w:r>
        <w:t>Describe the test approach, prerequisites, inputs and observed results.</w:t>
      </w:r>
    </w:p>
    <w:p w14:paraId="5EFB9C57" w14:textId="77777777" w:rsidR="0098312B" w:rsidRDefault="00000000">
      <w:pPr>
        <w:keepLines/>
        <w:numPr>
          <w:ilvl w:val="0"/>
          <w:numId w:val="10"/>
        </w:numPr>
      </w:pPr>
      <w:r>
        <w:t>Provide numbered reproduction steps and evidence of the relevant requests and responses.</w:t>
      </w:r>
    </w:p>
    <w:p w14:paraId="75A9A59F" w14:textId="77777777" w:rsidR="0098312B" w:rsidRDefault="00000000">
      <w:pPr>
        <w:pStyle w:val="21"/>
      </w:pPr>
      <w:r>
        <w:t>Proof of Concept</w:t>
      </w:r>
    </w:p>
    <w:p w14:paraId="0843B3CF" w14:textId="77777777" w:rsidR="0098312B" w:rsidRDefault="00000000">
      <w:pPr>
        <w:pStyle w:val="TemplateInstruction"/>
      </w:pPr>
      <w:r>
        <w:t>Request format example only. Replace it with the request that demonstrates the vulnerability, including relevant parameters, headers and any request body.</w:t>
      </w:r>
    </w:p>
    <w:p w14:paraId="2855C72B" w14:textId="77777777" w:rsidR="0098312B" w:rsidRDefault="00000000">
      <w:pPr>
        <w:pStyle w:val="RequestExample"/>
      </w:pPr>
      <w:r>
        <w:t>GET /api/admin/UserInfo HTTP/1.1</w:t>
      </w:r>
      <w:r>
        <w:br/>
        <w:t>Host: example.com</w:t>
      </w:r>
      <w:r>
        <w:br/>
        <w:t>Accept-Encoding: gzip, deflate, br</w:t>
      </w:r>
      <w:r>
        <w:br/>
        <w:t>Accept: */*</w:t>
      </w:r>
      <w:r>
        <w:br/>
        <w:t>Accept-Language: en-US,en;q=0.9</w:t>
      </w:r>
    </w:p>
    <w:p w14:paraId="7DC69495" w14:textId="77777777" w:rsidR="0098312B" w:rsidRDefault="00000000">
      <w:pPr>
        <w:pStyle w:val="EvidencePlaceholder"/>
        <w:rPr>
          <w:rFonts w:eastAsia="宋体"/>
          <w:lang w:eastAsia="zh-CN"/>
        </w:rPr>
      </w:pPr>
      <w:r>
        <w:t>[Insert the relevant response and an annotated screenshot. Redact credentials, session tokens and personal data.]</w:t>
      </w:r>
    </w:p>
    <w:p w14:paraId="3B2E7C3E" w14:textId="016132EA" w:rsidR="008604CD" w:rsidRPr="008604CD" w:rsidRDefault="008604CD">
      <w:pPr>
        <w:pStyle w:val="EvidencePlaceholder"/>
        <w:rPr>
          <w:rFonts w:eastAsia="宋体" w:hint="eastAsia"/>
          <w:lang w:eastAsia="zh-CN"/>
        </w:rPr>
      </w:pPr>
      <w:r>
        <w:rPr>
          <w:noProof/>
        </w:rPr>
        <w:drawing>
          <wp:inline distT="0" distB="0" distL="114300" distR="114300" wp14:anchorId="08EAED10" wp14:editId="28578AA9">
            <wp:extent cx="4524375" cy="2337842"/>
            <wp:effectExtent l="0" t="0" r="0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55153" cy="23537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3F21C6" w14:textId="77777777" w:rsidR="0098312B" w:rsidRDefault="00000000">
      <w:pPr>
        <w:pStyle w:val="21"/>
      </w:pPr>
      <w:r>
        <w:t>Remediation Recommendations</w:t>
      </w:r>
    </w:p>
    <w:p w14:paraId="7EFF7654" w14:textId="77777777" w:rsidR="0098312B" w:rsidRDefault="00000000">
      <w:r>
        <w:t>[Describe the fix for the confirmed root cause, any temporary mitigation, and how to verify the fix.]</w:t>
      </w:r>
    </w:p>
    <w:p w14:paraId="296B66B5" w14:textId="77777777" w:rsidR="0098312B" w:rsidRDefault="00000000">
      <w:pPr>
        <w:pStyle w:val="1"/>
        <w:pageBreakBefore/>
        <w:spacing w:before="0"/>
      </w:pPr>
      <w:r>
        <w:lastRenderedPageBreak/>
        <w:t>Operating System and Component Vulnerability</w:t>
      </w:r>
    </w:p>
    <w:p w14:paraId="185000B4" w14:textId="77777777" w:rsidR="0098312B" w:rsidRDefault="00000000">
      <w:pPr>
        <w:pStyle w:val="TemplateInstruction"/>
      </w:pPr>
      <w:r>
        <w:t>Use this section for an affected operating system, service or software component.</w:t>
      </w:r>
    </w:p>
    <w:p w14:paraId="5037AFCA" w14:textId="77777777" w:rsidR="0098312B" w:rsidRDefault="00000000">
      <w:pPr>
        <w:keepLines/>
      </w:pPr>
      <w:r>
        <w:rPr>
          <w:b/>
        </w:rPr>
        <w:t xml:space="preserve">Finding: </w:t>
      </w:r>
      <w:r>
        <w:t>[Remote Code Execution (RCE) in affected component]</w:t>
      </w:r>
    </w:p>
    <w:p w14:paraId="035FAD48" w14:textId="77777777" w:rsidR="0098312B" w:rsidRDefault="00000000">
      <w:pPr>
        <w:keepLines/>
      </w:pPr>
      <w:r>
        <w:rPr>
          <w:b/>
        </w:rPr>
        <w:t xml:space="preserve">Severity: </w:t>
      </w:r>
      <w:r>
        <w:t>[Select one: Critical / High / Medium / Low]</w:t>
      </w:r>
    </w:p>
    <w:p w14:paraId="08874EEB" w14:textId="77777777" w:rsidR="0098312B" w:rsidRDefault="00000000">
      <w:pPr>
        <w:pStyle w:val="21"/>
      </w:pPr>
      <w:r>
        <w:t>Basic Information</w:t>
      </w:r>
    </w:p>
    <w:p w14:paraId="49EB43D8" w14:textId="77777777" w:rsidR="0098312B" w:rsidRDefault="00000000">
      <w:pPr>
        <w:keepLines/>
      </w:pPr>
      <w:r>
        <w:rPr>
          <w:b/>
        </w:rPr>
        <w:t xml:space="preserve">Component name: </w:t>
      </w:r>
      <w:r>
        <w:t>[Affected component]</w:t>
      </w:r>
    </w:p>
    <w:p w14:paraId="61969154" w14:textId="77777777" w:rsidR="0098312B" w:rsidRDefault="00000000">
      <w:pPr>
        <w:keepLines/>
      </w:pPr>
      <w:r>
        <w:rPr>
          <w:b/>
        </w:rPr>
        <w:t xml:space="preserve">Affected API endpoint: </w:t>
      </w:r>
      <w:r>
        <w:t>[HTTP method and path, if applicable]</w:t>
      </w:r>
    </w:p>
    <w:p w14:paraId="685237E1" w14:textId="77777777" w:rsidR="0098312B" w:rsidRDefault="00000000">
      <w:pPr>
        <w:keepLines/>
      </w:pPr>
      <w:r>
        <w:rPr>
          <w:b/>
        </w:rPr>
        <w:t xml:space="preserve">OS and application versions: </w:t>
      </w:r>
      <w:r>
        <w:t>[OS name and version; application/component version and build]</w:t>
      </w:r>
    </w:p>
    <w:p w14:paraId="35368FF3" w14:textId="77777777" w:rsidR="0098312B" w:rsidRDefault="00000000">
      <w:pPr>
        <w:keepLines/>
      </w:pPr>
      <w:r>
        <w:rPr>
          <w:b/>
        </w:rPr>
        <w:t xml:space="preserve">Affected scope and impact: </w:t>
      </w:r>
      <w:r>
        <w:t>[Affected systems and demonstrated impact]</w:t>
      </w:r>
    </w:p>
    <w:p w14:paraId="093D359F" w14:textId="77777777" w:rsidR="0098312B" w:rsidRDefault="00000000">
      <w:pPr>
        <w:pStyle w:val="21"/>
      </w:pPr>
      <w:r>
        <w:t>Vulnerability Details</w:t>
      </w:r>
    </w:p>
    <w:p w14:paraId="0C3ECE29" w14:textId="77777777" w:rsidR="0098312B" w:rsidRDefault="00000000">
      <w:pPr>
        <w:keepLines/>
      </w:pPr>
      <w:r>
        <w:rPr>
          <w:b/>
        </w:rPr>
        <w:t xml:space="preserve">Affected URL or service: </w:t>
      </w:r>
      <w:r>
        <w:t>[Full URL, host or service, as applicable]</w:t>
      </w:r>
    </w:p>
    <w:p w14:paraId="6077B39D" w14:textId="77777777" w:rsidR="0098312B" w:rsidRDefault="00000000">
      <w:pPr>
        <w:keepLines/>
        <w:numPr>
          <w:ilvl w:val="0"/>
          <w:numId w:val="11"/>
        </w:numPr>
      </w:pPr>
      <w:r>
        <w:t>Describe how to access the affected feature or service, including any required privileges.</w:t>
      </w:r>
    </w:p>
    <w:p w14:paraId="6B327B21" w14:textId="77777777" w:rsidR="0098312B" w:rsidRDefault="00000000">
      <w:pPr>
        <w:keepLines/>
        <w:numPr>
          <w:ilvl w:val="0"/>
          <w:numId w:val="11"/>
        </w:numPr>
      </w:pPr>
      <w:r>
        <w:t>Include a screenshot with the relevant control or feature highlighted, if applicable.</w:t>
      </w:r>
    </w:p>
    <w:p w14:paraId="0AAA8CD0" w14:textId="77777777" w:rsidR="0098312B" w:rsidRDefault="00000000">
      <w:pPr>
        <w:keepLines/>
        <w:numPr>
          <w:ilvl w:val="0"/>
          <w:numId w:val="11"/>
        </w:numPr>
      </w:pPr>
      <w:r>
        <w:t>Explain how the vulnerability was discovered.</w:t>
      </w:r>
    </w:p>
    <w:p w14:paraId="4BE8C9B9" w14:textId="77777777" w:rsidR="0098312B" w:rsidRDefault="00000000">
      <w:pPr>
        <w:keepLines/>
        <w:numPr>
          <w:ilvl w:val="0"/>
          <w:numId w:val="11"/>
        </w:numPr>
      </w:pPr>
      <w:r>
        <w:t>Describe the test environment, prerequisites, inputs and observed results.</w:t>
      </w:r>
    </w:p>
    <w:p w14:paraId="3C8FA6F5" w14:textId="77777777" w:rsidR="0098312B" w:rsidRDefault="00000000">
      <w:pPr>
        <w:keepLines/>
        <w:numPr>
          <w:ilvl w:val="0"/>
          <w:numId w:val="11"/>
        </w:numPr>
      </w:pPr>
      <w:r>
        <w:t>Provide numbered reproduction steps and evidence of the relevant traffic or command output.</w:t>
      </w:r>
    </w:p>
    <w:p w14:paraId="6E04DC4B" w14:textId="77777777" w:rsidR="0098312B" w:rsidRDefault="00000000">
      <w:pPr>
        <w:pStyle w:val="21"/>
      </w:pPr>
      <w:r>
        <w:t>Proof of Concept</w:t>
      </w:r>
    </w:p>
    <w:p w14:paraId="4B841A8A" w14:textId="77777777" w:rsidR="0098312B" w:rsidRDefault="00000000">
      <w:pPr>
        <w:pStyle w:val="TemplateInstruction"/>
      </w:pPr>
      <w:r>
        <w:t>For an HTTP-based finding, replace the format example below with the actual request. Otherwise, replace it with the command or script used to reproduce the vulnerability.</w:t>
      </w:r>
    </w:p>
    <w:p w14:paraId="25FAEC30" w14:textId="77777777" w:rsidR="0098312B" w:rsidRDefault="00000000">
      <w:pPr>
        <w:pStyle w:val="RequestExample"/>
      </w:pPr>
      <w:r>
        <w:t>GET /api/admin/UserInfo HTTP/1.1</w:t>
      </w:r>
      <w:r>
        <w:br/>
        <w:t>Host: example.com</w:t>
      </w:r>
      <w:r>
        <w:br/>
        <w:t>Accept-Encoding: gzip, deflate, br</w:t>
      </w:r>
      <w:r>
        <w:br/>
        <w:t>Accept: */*</w:t>
      </w:r>
      <w:r>
        <w:br/>
        <w:t>Accept-Language: en-US,en;q=0.9</w:t>
      </w:r>
    </w:p>
    <w:p w14:paraId="2643AEED" w14:textId="77777777" w:rsidR="0098312B" w:rsidRDefault="00000000">
      <w:pPr>
        <w:pStyle w:val="EvidencePlaceholder"/>
        <w:rPr>
          <w:rFonts w:eastAsia="宋体"/>
          <w:lang w:eastAsia="zh-CN"/>
        </w:rPr>
      </w:pPr>
      <w:r>
        <w:t>[Insert the relevant response or command output and an annotated screenshot. Redact credentials, session tokens and personal data.]</w:t>
      </w:r>
    </w:p>
    <w:p w14:paraId="33EC769F" w14:textId="118F7B1F" w:rsidR="00826802" w:rsidRPr="00826802" w:rsidRDefault="00826802">
      <w:pPr>
        <w:pStyle w:val="EvidencePlaceholder"/>
        <w:rPr>
          <w:rFonts w:eastAsia="宋体" w:hint="eastAsia"/>
          <w:lang w:eastAsia="zh-CN"/>
        </w:rPr>
      </w:pPr>
      <w:r>
        <w:rPr>
          <w:noProof/>
        </w:rPr>
        <w:drawing>
          <wp:inline distT="0" distB="0" distL="114300" distR="114300" wp14:anchorId="48730112" wp14:editId="7EFCDAD7">
            <wp:extent cx="5601335" cy="2894330"/>
            <wp:effectExtent l="0" t="0" r="12065" b="1270"/>
            <wp:docPr id="707435935" name="图片 7074359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01335" cy="2894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9A8A80" w14:textId="77777777" w:rsidR="0098312B" w:rsidRDefault="00000000">
      <w:pPr>
        <w:pStyle w:val="21"/>
      </w:pPr>
      <w:r>
        <w:t>Remediation Recommendations</w:t>
      </w:r>
    </w:p>
    <w:p w14:paraId="7CC00027" w14:textId="77777777" w:rsidR="0098312B" w:rsidRDefault="00000000">
      <w:r>
        <w:t>[Describe the fix for the confirmed root cause, such as a corrected version or required code or configuration change. Include any temporary mitigation and the steps needed to verify the fix.]</w:t>
      </w:r>
    </w:p>
    <w:sectPr w:rsidR="0098312B" w:rsidSect="00034616">
      <w:footerReference w:type="default" r:id="rId9"/>
      <w:pgSz w:w="11905" w:h="16838"/>
      <w:pgMar w:top="936" w:right="1152" w:bottom="936" w:left="1152" w:header="360" w:footer="40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2C5773" w14:textId="77777777" w:rsidR="00B96C04" w:rsidRDefault="00B96C04">
      <w:pPr>
        <w:spacing w:after="0" w:line="240" w:lineRule="auto"/>
      </w:pPr>
      <w:r>
        <w:separator/>
      </w:r>
    </w:p>
  </w:endnote>
  <w:endnote w:type="continuationSeparator" w:id="0">
    <w:p w14:paraId="2755796B" w14:textId="77777777" w:rsidR="00B96C04" w:rsidRDefault="00B96C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5803E" w14:textId="77777777" w:rsidR="0098312B" w:rsidRDefault="00000000">
    <w:pPr>
      <w:pStyle w:val="a7"/>
      <w:jc w:val="right"/>
    </w:pP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fldSimple w:instr=" NUMPAGES ">
      <w:r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139AE7" w14:textId="77777777" w:rsidR="00B96C04" w:rsidRDefault="00B96C04">
      <w:pPr>
        <w:spacing w:after="0" w:line="240" w:lineRule="auto"/>
      </w:pPr>
      <w:r>
        <w:separator/>
      </w:r>
    </w:p>
  </w:footnote>
  <w:footnote w:type="continuationSeparator" w:id="0">
    <w:p w14:paraId="2356B51F" w14:textId="77777777" w:rsidR="00B96C04" w:rsidRDefault="00B96C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8237C34"/>
    <w:multiLevelType w:val="multilevel"/>
    <w:tmpl w:val="70280E86"/>
    <w:lvl w:ilvl="0">
      <w:start w:val="1"/>
      <w:numFmt w:val="decimal"/>
      <w:lvlText w:val="%1."/>
      <w:lvlJc w:val="left"/>
      <w:pPr>
        <w:tabs>
          <w:tab w:val="num" w:pos="280"/>
        </w:tabs>
        <w:ind w:left="280" w:hanging="28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1C34B97"/>
    <w:multiLevelType w:val="multilevel"/>
    <w:tmpl w:val="2C46CAD8"/>
    <w:lvl w:ilvl="0">
      <w:start w:val="1"/>
      <w:numFmt w:val="decimal"/>
      <w:lvlText w:val="%1."/>
      <w:lvlJc w:val="left"/>
      <w:pPr>
        <w:tabs>
          <w:tab w:val="num" w:pos="280"/>
        </w:tabs>
        <w:ind w:left="280" w:hanging="28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20346595">
    <w:abstractNumId w:val="8"/>
  </w:num>
  <w:num w:numId="2" w16cid:durableId="1718166686">
    <w:abstractNumId w:val="6"/>
  </w:num>
  <w:num w:numId="3" w16cid:durableId="923496196">
    <w:abstractNumId w:val="5"/>
  </w:num>
  <w:num w:numId="4" w16cid:durableId="33358845">
    <w:abstractNumId w:val="4"/>
  </w:num>
  <w:num w:numId="5" w16cid:durableId="1284731824">
    <w:abstractNumId w:val="7"/>
  </w:num>
  <w:num w:numId="6" w16cid:durableId="496074218">
    <w:abstractNumId w:val="3"/>
  </w:num>
  <w:num w:numId="7" w16cid:durableId="636842139">
    <w:abstractNumId w:val="2"/>
  </w:num>
  <w:num w:numId="8" w16cid:durableId="281620507">
    <w:abstractNumId w:val="1"/>
  </w:num>
  <w:num w:numId="9" w16cid:durableId="211616863">
    <w:abstractNumId w:val="0"/>
  </w:num>
  <w:num w:numId="10" w16cid:durableId="629163940">
    <w:abstractNumId w:val="9"/>
  </w:num>
  <w:num w:numId="11" w16cid:durableId="20109830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C5FB8"/>
    <w:rsid w:val="00826802"/>
    <w:rsid w:val="008604CD"/>
    <w:rsid w:val="008D3BBE"/>
    <w:rsid w:val="0098312B"/>
    <w:rsid w:val="00AA1D8D"/>
    <w:rsid w:val="00B47730"/>
    <w:rsid w:val="00B96C04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A62157F"/>
  <w14:defaultImageDpi w14:val="300"/>
  <w15:docId w15:val="{DE352CA2-6834-4FB3-89FB-4A52BE4EF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80" w:line="259" w:lineRule="auto"/>
    </w:pPr>
    <w:rPr>
      <w:rFonts w:ascii="Arial" w:eastAsia="Arial" w:hAnsi="Arial" w:cs="Arial"/>
      <w:color w:val="00000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180" w:after="120" w:line="240" w:lineRule="auto"/>
      <w:outlineLvl w:val="0"/>
    </w:pPr>
    <w:rPr>
      <w:b/>
      <w:bCs/>
      <w:sz w:val="32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100" w:line="240" w:lineRule="auto"/>
      <w:outlineLvl w:val="1"/>
    </w:pPr>
    <w:rPr>
      <w:b/>
      <w:bCs/>
      <w:sz w:val="24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sz w:val="18"/>
    </w:r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sz w:val="18"/>
    </w:r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keepLines/>
      <w:spacing w:after="100" w:line="240" w:lineRule="auto"/>
      <w:contextualSpacing/>
    </w:pPr>
    <w:rPr>
      <w:spacing w:val="5"/>
      <w:kern w:val="28"/>
      <w:sz w:val="46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i/>
      <w:iCs/>
      <w:spacing w:val="15"/>
      <w:sz w:val="18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emplateInstruction">
    <w:name w:val="Template Instruction"/>
    <w:basedOn w:val="a1"/>
    <w:pPr>
      <w:spacing w:after="100"/>
    </w:pPr>
    <w:rPr>
      <w:color w:val="505050"/>
      <w:sz w:val="19"/>
    </w:rPr>
  </w:style>
  <w:style w:type="paragraph" w:customStyle="1" w:styleId="EvidencePlaceholder">
    <w:name w:val="Evidence Placeholder"/>
    <w:basedOn w:val="a1"/>
    <w:pPr>
      <w:spacing w:after="100"/>
    </w:pPr>
    <w:rPr>
      <w:color w:val="505050"/>
      <w:sz w:val="20"/>
    </w:rPr>
  </w:style>
  <w:style w:type="paragraph" w:customStyle="1" w:styleId="RequestExample">
    <w:name w:val="Request Example"/>
    <w:basedOn w:val="a1"/>
    <w:pPr>
      <w:keepLines/>
      <w:spacing w:after="100" w:line="245" w:lineRule="auto"/>
      <w:ind w:left="202"/>
    </w:pPr>
    <w:rPr>
      <w:rFonts w:ascii="Consolas" w:eastAsia="Consolas" w:hAnsi="Consolas" w:cs="Consolas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1084</Words>
  <Characters>2126</Characters>
  <Application>Microsoft Office Word</Application>
  <DocSecurity>0</DocSecurity>
  <Lines>193</Lines>
  <Paragraphs>200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Security Vulnerability Report</dc:title>
  <dc:subject>Template for web application and operating system or component vulnerability findings</dc:subject>
  <dc:creator/>
  <cp:keywords>security vulnerability report template</cp:keywords>
  <dc:description/>
  <cp:lastModifiedBy>PC</cp:lastModifiedBy>
  <cp:revision>4</cp:revision>
  <dcterms:created xsi:type="dcterms:W3CDTF">2013-12-23T23:15:00Z</dcterms:created>
  <dcterms:modified xsi:type="dcterms:W3CDTF">2026-10-15T07:45:00Z</dcterms:modified>
  <cp:category/>
</cp:coreProperties>
</file>